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3527C" w14:textId="77777777" w:rsidR="005E76EC" w:rsidRDefault="00000000" w:rsidP="004B2B31">
      <w:pPr>
        <w:pStyle w:val="Heading1"/>
        <w:jc w:val="center"/>
      </w:pPr>
      <w:r>
        <w:rPr>
          <w:rFonts w:ascii="Arial" w:hAnsi="Arial"/>
        </w:rPr>
        <w:t>Fireplace or Insert? A Homeowner's Guide to a Smarter Gas Upgrade</w:t>
      </w:r>
    </w:p>
    <w:p w14:paraId="21A049F9" w14:textId="33679CA9" w:rsidR="005E76EC" w:rsidRDefault="00000000" w:rsidP="004B2B31">
      <w:pPr>
        <w:jc w:val="both"/>
      </w:pPr>
      <w:r>
        <w:t xml:space="preserve">A gas fire feature can transform a room, yet the best route depends on what already exists. Some people search natural gas firplaces near me while planning a new installation. Others type </w:t>
      </w:r>
      <w:hyperlink r:id="rId6" w:history="1">
        <w:r w:rsidRPr="007D291F">
          <w:rPr>
            <w:rStyle w:val="Hyperlink"/>
            <w:b/>
            <w:bCs/>
          </w:rPr>
          <w:t>gas fireplace insert near me</w:t>
        </w:r>
      </w:hyperlink>
      <w:r>
        <w:t xml:space="preserve"> because an existing masonry fireplace feels cold, inefficient, or unused. Understanding the difference between a new fireplace and an insert helps homeowners compare realistic scopes instead of judging every option by flame appearance.</w:t>
      </w:r>
    </w:p>
    <w:p w14:paraId="1D4290BA" w14:textId="77777777" w:rsidR="005E76EC" w:rsidRDefault="00000000" w:rsidP="004B2B31">
      <w:pPr>
        <w:pStyle w:val="Heading2"/>
        <w:jc w:val="both"/>
      </w:pPr>
      <w:r>
        <w:rPr>
          <w:rFonts w:ascii="Arial" w:hAnsi="Arial"/>
        </w:rPr>
        <w:t>First, Identify the Starting Point</w:t>
      </w:r>
    </w:p>
    <w:p w14:paraId="1DB6FD0C" w14:textId="1FC06D6C" w:rsidR="005E76EC" w:rsidRDefault="00000000" w:rsidP="004B2B31">
      <w:pPr>
        <w:jc w:val="both"/>
      </w:pPr>
      <w:r>
        <w:t xml:space="preserve">A new </w:t>
      </w:r>
      <w:hyperlink r:id="rId7" w:history="1">
        <w:r w:rsidRPr="007D291F">
          <w:rPr>
            <w:rStyle w:val="Hyperlink"/>
            <w:b/>
            <w:bCs/>
          </w:rPr>
          <w:t>gas fireplace</w:t>
        </w:r>
      </w:hyperlink>
      <w:r>
        <w:t xml:space="preserve"> is usually planned as a complete appliance and venting system within new framing or a renovated wall. An insert is designed to fit into a suitable existing fireplace opening, subject to measurement and installation requirements. When researching natural gas firplaces near me, note whether examples are built-in units, freestanding designs, or inserts. Similar photographs can hide very different construction needs.</w:t>
      </w:r>
    </w:p>
    <w:p w14:paraId="10168829" w14:textId="77777777" w:rsidR="005E76EC" w:rsidRDefault="00000000" w:rsidP="004B2B31">
      <w:pPr>
        <w:pStyle w:val="Heading3"/>
        <w:jc w:val="both"/>
      </w:pPr>
      <w:r>
        <w:rPr>
          <w:rFonts w:ascii="Arial" w:hAnsi="Arial"/>
        </w:rPr>
        <w:t>Measure Before Choosing a Style</w:t>
      </w:r>
    </w:p>
    <w:p w14:paraId="4B72355B" w14:textId="77777777" w:rsidR="005E76EC" w:rsidRDefault="00000000" w:rsidP="004B2B31">
      <w:pPr>
        <w:jc w:val="both"/>
      </w:pPr>
      <w:r>
        <w:t>For an insert project, the opening width, height, depth, hearth, chimney condition, and access for gas and electrical connections all matter. A site visit should come before a final selection. Search results for gas fireplace insert near me can inspire ideas, but only accurate measurements can confirm what will fit and how the venting will be arranged.</w:t>
      </w:r>
    </w:p>
    <w:p w14:paraId="7775C131" w14:textId="77777777" w:rsidR="005E76EC" w:rsidRDefault="00000000" w:rsidP="004B2B31">
      <w:pPr>
        <w:jc w:val="both"/>
      </w:pPr>
      <w:r>
        <w:t>For a new feature, homeowners comparing natural gas firplaces near me should consider wall depth, ceiling height, exterior termination options, furniture layout, and finishing materials. The surrounding design must support service access and required clearances.</w:t>
      </w:r>
    </w:p>
    <w:p w14:paraId="7B816C88" w14:textId="77777777" w:rsidR="005E76EC" w:rsidRDefault="00000000" w:rsidP="004B2B31">
      <w:pPr>
        <w:pStyle w:val="Heading2"/>
        <w:jc w:val="both"/>
      </w:pPr>
      <w:r>
        <w:rPr>
          <w:rFonts w:ascii="Arial" w:hAnsi="Arial"/>
        </w:rPr>
        <w:t>Compare the Experience You Want</w:t>
      </w:r>
    </w:p>
    <w:p w14:paraId="2F2DA7CD" w14:textId="77777777" w:rsidR="005E76EC" w:rsidRDefault="00000000" w:rsidP="004B2B31">
      <w:pPr>
        <w:jc w:val="both"/>
      </w:pPr>
      <w:r>
        <w:t>Think about how the room feels now and what should change. An insert may help turn an underused fireplace into a convenient source of supplemental warmth while preserving the existing location. People searching gas fireplace insert near me often value a faster visual update with less reconstruction than a completely new fireplace wall, although every site is different.</w:t>
      </w:r>
    </w:p>
    <w:p w14:paraId="058B29D6" w14:textId="77777777" w:rsidR="005E76EC" w:rsidRDefault="00000000" w:rsidP="004B2B31">
      <w:pPr>
        <w:jc w:val="both"/>
      </w:pPr>
      <w:r>
        <w:t>A new fireplace can offer more freedom in size, shape, placement, and architectural treatment. When evaluating natural gas firplaces near me, decide whether a traditional focal point, a wide contemporary view, or a compact heating solution suits the room. Avoid choosing a unit that visually overwhelms the available wall.</w:t>
      </w:r>
    </w:p>
    <w:p w14:paraId="46D0995C" w14:textId="77777777" w:rsidR="005E76EC" w:rsidRDefault="00000000" w:rsidP="004B2B31">
      <w:pPr>
        <w:pStyle w:val="Heading3"/>
        <w:pageBreakBefore/>
        <w:jc w:val="both"/>
      </w:pPr>
      <w:r>
        <w:rPr>
          <w:rFonts w:ascii="Arial" w:hAnsi="Arial"/>
        </w:rPr>
        <w:lastRenderedPageBreak/>
        <w:t>Look Beyond Maximum Heat</w:t>
      </w:r>
    </w:p>
    <w:p w14:paraId="4B98351D" w14:textId="77777777" w:rsidR="005E76EC" w:rsidRDefault="00000000" w:rsidP="004B2B31">
      <w:pPr>
        <w:jc w:val="both"/>
      </w:pPr>
      <w:r>
        <w:t>Bigger is not automatically better. Ask about the operating range, heat distribution, fan use, control features, glass temperature, and sound. A thoughtful gas fireplace insert near me consultation should match performance to the room rather than focusing only on maximum output.</w:t>
      </w:r>
    </w:p>
    <w:p w14:paraId="293A7972" w14:textId="77777777" w:rsidR="005E76EC" w:rsidRDefault="00000000" w:rsidP="004B2B31">
      <w:pPr>
        <w:pStyle w:val="Heading2"/>
        <w:jc w:val="both"/>
      </w:pPr>
      <w:r>
        <w:rPr>
          <w:rFonts w:ascii="Arial" w:hAnsi="Arial"/>
        </w:rPr>
        <w:t>Understand the Work Around the Appliance</w:t>
      </w:r>
    </w:p>
    <w:p w14:paraId="4351D112" w14:textId="77777777" w:rsidR="005E76EC" w:rsidRDefault="00000000" w:rsidP="004B2B31">
      <w:pPr>
        <w:jc w:val="both"/>
      </w:pPr>
      <w:r>
        <w:t>The appliance is only one part of the project. Gas fitting, electrical work, venting, framing, finishing, hearth changes, painting, and inspection may all be involved. Before accepting a gas fireplace insert near me proposal, ask what happens to the existing damper, chimney space, surround, and access panels. Confirm who removes debris and protects nearby flooring.</w:t>
      </w:r>
    </w:p>
    <w:p w14:paraId="34CE8465" w14:textId="77777777" w:rsidR="005E76EC" w:rsidRDefault="00000000" w:rsidP="004B2B31">
      <w:pPr>
        <w:jc w:val="both"/>
      </w:pPr>
      <w:r>
        <w:t>For a new installation found through natural gas firplaces near me, request a written sequence of work. Knowing when rough-ins, checks, drywall, finishing, and commissioning occur helps prevent rework and scheduling gaps.</w:t>
      </w:r>
    </w:p>
    <w:p w14:paraId="71B9DCE6" w14:textId="77777777" w:rsidR="005E76EC" w:rsidRDefault="00000000" w:rsidP="004B2B31">
      <w:pPr>
        <w:pStyle w:val="Heading3"/>
        <w:jc w:val="both"/>
      </w:pPr>
      <w:r>
        <w:rPr>
          <w:rFonts w:ascii="Arial" w:hAnsi="Arial"/>
        </w:rPr>
        <w:t>Review Maintenance Before Installation</w:t>
      </w:r>
    </w:p>
    <w:p w14:paraId="025C44F7" w14:textId="77777777" w:rsidR="005E76EC" w:rsidRDefault="00000000" w:rsidP="004B2B31">
      <w:pPr>
        <w:jc w:val="both"/>
      </w:pPr>
      <w:r>
        <w:t>Ask how the glass will be accessed, where controls are located, and what routine service is recommended. The selected insert should remain practical to clean and inspect after the decorative surround is finished. Keep manuals and installation records for future reference.</w:t>
      </w:r>
    </w:p>
    <w:p w14:paraId="28CE704E" w14:textId="77777777" w:rsidR="005E76EC" w:rsidRDefault="00000000" w:rsidP="004B2B31">
      <w:pPr>
        <w:jc w:val="both"/>
      </w:pPr>
      <w:r>
        <w:t>Homeowners comparing natural gas firplaces near me should also ask about access to fans, valves, batteries, and electrical components. A beautiful wall loses appeal if ordinary servicing requires unnecessary demolition.</w:t>
      </w:r>
    </w:p>
    <w:p w14:paraId="12B71923" w14:textId="77777777" w:rsidR="005E76EC" w:rsidRDefault="00000000" w:rsidP="004B2B31">
      <w:pPr>
        <w:pStyle w:val="Heading2"/>
        <w:jc w:val="both"/>
      </w:pPr>
      <w:r>
        <w:rPr>
          <w:rFonts w:ascii="Arial" w:hAnsi="Arial"/>
        </w:rPr>
        <w:t>Make the Choice With a Site-Specific Plan</w:t>
      </w:r>
    </w:p>
    <w:p w14:paraId="154C120F" w14:textId="77777777" w:rsidR="005E76EC" w:rsidRDefault="00000000" w:rsidP="004B2B31">
      <w:pPr>
        <w:jc w:val="both"/>
      </w:pPr>
      <w:r>
        <w:t>An online search begins the conversation, but the home determines the answer. The phrase gas fireplace insert near me points toward reusing an existing opening when dimensions and conditions allow. The phrase natural gas firplaces near me opens new-build possibilities when placement and construction flexibility matter. By measuring carefully, defining comfort goals, reviewing the full scope, and planning maintenance, homeowners can choose an upgrade that looks intentional and works for years.</w:t>
      </w:r>
    </w:p>
    <w:sectPr w:rsidR="005E76EC" w:rsidSect="004B2B31">
      <w:pgSz w:w="12240" w:h="15840"/>
      <w:pgMar w:top="979" w:right="1037" w:bottom="979" w:left="1037" w:header="360" w:footer="403"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64712730">
    <w:abstractNumId w:val="8"/>
  </w:num>
  <w:num w:numId="2" w16cid:durableId="229270796">
    <w:abstractNumId w:val="6"/>
  </w:num>
  <w:num w:numId="3" w16cid:durableId="187958123">
    <w:abstractNumId w:val="5"/>
  </w:num>
  <w:num w:numId="4" w16cid:durableId="522136831">
    <w:abstractNumId w:val="4"/>
  </w:num>
  <w:num w:numId="5" w16cid:durableId="276255185">
    <w:abstractNumId w:val="7"/>
  </w:num>
  <w:num w:numId="6" w16cid:durableId="499274169">
    <w:abstractNumId w:val="3"/>
  </w:num>
  <w:num w:numId="7" w16cid:durableId="1253123851">
    <w:abstractNumId w:val="2"/>
  </w:num>
  <w:num w:numId="8" w16cid:durableId="1345860199">
    <w:abstractNumId w:val="1"/>
  </w:num>
  <w:num w:numId="9" w16cid:durableId="59014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B2B31"/>
    <w:rsid w:val="005E76EC"/>
    <w:rsid w:val="007D291F"/>
    <w:rsid w:val="00A23CC8"/>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04E147"/>
  <w14:defaultImageDpi w14:val="300"/>
  <w15:docId w15:val="{C4BF529E-DDF1-49FC-A602-9D87B20AB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rial" w:hAnsi="Arial"/>
      <w:color w:val="000000"/>
      <w:sz w:val="21"/>
    </w:rPr>
  </w:style>
  <w:style w:type="paragraph" w:styleId="Heading1">
    <w:name w:val="heading 1"/>
    <w:basedOn w:val="Normal"/>
    <w:next w:val="Normal"/>
    <w:link w:val="Heading1Char"/>
    <w:uiPriority w:val="9"/>
    <w:qFormat/>
    <w:rsid w:val="00FC693F"/>
    <w:pPr>
      <w:keepNext/>
      <w:keepLines/>
      <w:spacing w:after="200"/>
      <w:outlineLvl w:val="0"/>
    </w:pPr>
    <w:rPr>
      <w:rFonts w:asciiTheme="majorHAnsi" w:eastAsiaTheme="majorEastAsia" w:hAnsiTheme="majorHAnsi" w:cstheme="majorBidi"/>
      <w:b/>
      <w:bCs/>
      <w:sz w:val="38"/>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b/>
      <w:bCs/>
      <w:sz w:val="27"/>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b/>
      <w:bCs/>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D291F"/>
    <w:rPr>
      <w:color w:val="0000FF" w:themeColor="hyperlink"/>
      <w:u w:val="single"/>
    </w:rPr>
  </w:style>
  <w:style w:type="character" w:styleId="UnresolvedMention">
    <w:name w:val="Unresolved Mention"/>
    <w:basedOn w:val="DefaultParagraphFont"/>
    <w:uiPriority w:val="99"/>
    <w:semiHidden/>
    <w:unhideWhenUsed/>
    <w:rsid w:val="007D2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aps.app.goo.gl/NeCeiUvuCYWZPbkx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remacdonald.com/natural-gas-fireplace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671</Words>
  <Characters>3829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Fireplace or Insert? A Homeowner's Guide to a Smarter Gas Upgrade</vt:lpstr>
    </vt:vector>
  </TitlesOfParts>
  <Manager/>
  <Company/>
  <LinksUpToDate>false</LinksUpToDate>
  <CharactersWithSpaces>4492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Fireplace or Insert? A Homeowner's Guide to a Smarter Gas Upgrade</dc:title>
  <dc:subject>SEO article</dc:subject>
  <dc:creator>USER</dc:creator>
  <cp:keywords>natural gas firplaces near me; gas fireplace insert near me</cp:keywords>
  <dc:description/>
  <cp:lastModifiedBy>USER</cp:lastModifiedBy>
  <cp:revision>2</cp:revision>
  <dcterms:created xsi:type="dcterms:W3CDTF">2026-07-23T15:53:00Z</dcterms:created>
  <dcterms:modified xsi:type="dcterms:W3CDTF">2026-07-23T15:53:00Z</dcterms:modified>
  <cp:category/>
</cp:coreProperties>
</file>